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525C3" w14:textId="19EBB8BE" w:rsidR="00F076FE" w:rsidRDefault="00DB784D">
      <w:pPr>
        <w:pStyle w:val="Title"/>
      </w:pPr>
      <w:r>
        <w:t>EMERGENCY RESPONSE PLAN (ERP)</w:t>
      </w:r>
    </w:p>
    <w:p w14:paraId="68268CE5" w14:textId="77777777" w:rsidR="00F076FE" w:rsidRDefault="00DB784D">
      <w:pPr>
        <w:pStyle w:val="Heading1"/>
      </w:pPr>
      <w:r>
        <w:t>1. EVENT INFORMATION</w:t>
      </w:r>
    </w:p>
    <w:p w14:paraId="29F80C21" w14:textId="77777777" w:rsidR="00F076FE" w:rsidRDefault="00DB784D">
      <w:r>
        <w:t>Event Name: ____________________________</w:t>
      </w:r>
    </w:p>
    <w:p w14:paraId="2BF606C9" w14:textId="77777777" w:rsidR="00F076FE" w:rsidRDefault="00DB784D">
      <w:r>
        <w:t>Date: ____________________________</w:t>
      </w:r>
    </w:p>
    <w:p w14:paraId="186F1AB9" w14:textId="77777777" w:rsidR="00F076FE" w:rsidRDefault="00DB784D">
      <w:r>
        <w:t>Location: ____________________________</w:t>
      </w:r>
    </w:p>
    <w:p w14:paraId="7960EC8B" w14:textId="77777777" w:rsidR="00F076FE" w:rsidRDefault="00DB784D">
      <w:r>
        <w:t>Directions for Emergency Access (ambulance, etc.):</w:t>
      </w:r>
    </w:p>
    <w:p w14:paraId="165F7953" w14:textId="77777777" w:rsidR="00F076FE" w:rsidRDefault="00DB784D">
      <w:r>
        <w:t>__________________________________________________</w:t>
      </w:r>
    </w:p>
    <w:p w14:paraId="67BE1D1F" w14:textId="77777777" w:rsidR="00F076FE" w:rsidRDefault="00DB784D">
      <w:r>
        <w:t>__________________________________________________</w:t>
      </w:r>
    </w:p>
    <w:p w14:paraId="03702268" w14:textId="77777777" w:rsidR="00F076FE" w:rsidRDefault="00DB784D">
      <w:pPr>
        <w:pStyle w:val="Heading1"/>
      </w:pPr>
      <w:r>
        <w:t>2. KEY CONTACTS</w:t>
      </w:r>
    </w:p>
    <w:p w14:paraId="7FE491B8" w14:textId="77777777" w:rsidR="00F076FE" w:rsidRDefault="00DB784D">
      <w:r>
        <w:t>Organizer (Name &amp; Phone): ____________________________</w:t>
      </w:r>
    </w:p>
    <w:p w14:paraId="7EB74AE8" w14:textId="77777777" w:rsidR="00F076FE" w:rsidRDefault="00DB784D">
      <w:r>
        <w:t>Chief Commissaire: ____________________________</w:t>
      </w:r>
    </w:p>
    <w:p w14:paraId="58C1AB47" w14:textId="77777777" w:rsidR="00F076FE" w:rsidRDefault="00DB784D">
      <w:r>
        <w:t>Medical Lead (Name &amp; Phone): ____________________________</w:t>
      </w:r>
    </w:p>
    <w:p w14:paraId="18D4AC85" w14:textId="77777777" w:rsidR="00F076FE" w:rsidRDefault="00DB784D">
      <w:r>
        <w:t>Nearest Hospital (Name): ____________________________</w:t>
      </w:r>
    </w:p>
    <w:p w14:paraId="31EB291C" w14:textId="77777777" w:rsidR="00F076FE" w:rsidRDefault="00DB784D">
      <w:r>
        <w:t>Hospital Address: ____________________________</w:t>
      </w:r>
    </w:p>
    <w:p w14:paraId="2594D2E4" w14:textId="77777777" w:rsidR="00F076FE" w:rsidRDefault="00DB784D">
      <w:r>
        <w:t>Hospital Phone: ____________________________</w:t>
      </w:r>
    </w:p>
    <w:p w14:paraId="596B45C0" w14:textId="77777777" w:rsidR="00F076FE" w:rsidRDefault="00DB784D">
      <w:pPr>
        <w:pStyle w:val="Heading1"/>
      </w:pPr>
      <w:r>
        <w:t>3. EMERGENCY ACCESS &amp; COMMUNICATION</w:t>
      </w:r>
    </w:p>
    <w:p w14:paraId="035FB730" w14:textId="77777777" w:rsidR="00F076FE" w:rsidRDefault="00DB784D">
      <w:r>
        <w:t>Emergency Access Available? ☐ Yes ☐ No</w:t>
      </w:r>
    </w:p>
    <w:p w14:paraId="0A035726" w14:textId="77777777" w:rsidR="00F076FE" w:rsidRDefault="00DB784D">
      <w:r>
        <w:t>911 Service Available? ☐ Yes ☐ No</w:t>
      </w:r>
    </w:p>
    <w:p w14:paraId="3D3314D0" w14:textId="77777777" w:rsidR="00F076FE" w:rsidRDefault="00DB784D">
      <w:r>
        <w:t>Primary Communication Method: ____________________________</w:t>
      </w:r>
    </w:p>
    <w:p w14:paraId="6BB23864" w14:textId="77777777" w:rsidR="00F076FE" w:rsidRDefault="00DB784D">
      <w:r>
        <w:t>Backup Communication Method: ____________________________</w:t>
      </w:r>
    </w:p>
    <w:p w14:paraId="72283549" w14:textId="77777777" w:rsidR="00DC2BD5" w:rsidRDefault="00DC2BD5" w:rsidP="00DC2BD5">
      <w:pPr>
        <w:pStyle w:val="Heading1"/>
        <w:pBdr>
          <w:bottom w:val="single" w:sz="4" w:space="1" w:color="auto"/>
        </w:pBdr>
      </w:pPr>
    </w:p>
    <w:p w14:paraId="2F2A4373" w14:textId="098944FC" w:rsidR="00F076FE" w:rsidRDefault="00DB784D">
      <w:pPr>
        <w:pStyle w:val="Heading1"/>
      </w:pPr>
      <w:r>
        <w:t>4. ROLES &amp; RESPONSIBILITIES</w:t>
      </w:r>
    </w:p>
    <w:p w14:paraId="036A54A5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MEDICAL LEAD</w:t>
      </w:r>
    </w:p>
    <w:p w14:paraId="213DE475" w14:textId="77777777" w:rsidR="00F076FE" w:rsidRDefault="00DB784D">
      <w:r>
        <w:lastRenderedPageBreak/>
        <w:t>- Provide first aid and medical care</w:t>
      </w:r>
    </w:p>
    <w:p w14:paraId="5E721DEA" w14:textId="77777777" w:rsidR="00F076FE" w:rsidRDefault="00DB784D">
      <w:r>
        <w:t>- Assess injuries and decide if 911 is required</w:t>
      </w:r>
    </w:p>
    <w:p w14:paraId="5AF289CD" w14:textId="77777777" w:rsidR="00F076FE" w:rsidRDefault="00DB784D">
      <w:r>
        <w:t>- Stabilize and manage patient until help arrives</w:t>
      </w:r>
    </w:p>
    <w:p w14:paraId="259D579D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ORGANIZER</w:t>
      </w:r>
    </w:p>
    <w:p w14:paraId="2036E938" w14:textId="77777777" w:rsidR="00F076FE" w:rsidRDefault="00DB784D">
      <w:r>
        <w:t>- Ensure course safety and preparation</w:t>
      </w:r>
    </w:p>
    <w:p w14:paraId="759DD23F" w14:textId="77777777" w:rsidR="00F076FE" w:rsidRDefault="00DB784D">
      <w:r>
        <w:t>- Coordinate volunteers and marshals</w:t>
      </w:r>
    </w:p>
    <w:p w14:paraId="4297B0F9" w14:textId="77777777" w:rsidR="00F076FE" w:rsidRDefault="00DB784D">
      <w:r>
        <w:t>- Manage communications</w:t>
      </w:r>
    </w:p>
    <w:p w14:paraId="506D247C" w14:textId="77777777" w:rsidR="00F076FE" w:rsidRDefault="00DB784D">
      <w:r>
        <w:t>- Make decisions (delay, modify, cancel event)</w:t>
      </w:r>
    </w:p>
    <w:p w14:paraId="061D95B2" w14:textId="77777777" w:rsidR="00F076FE" w:rsidRDefault="00DB784D">
      <w:r>
        <w:t>- Complete incident reports</w:t>
      </w:r>
    </w:p>
    <w:p w14:paraId="38048FAD" w14:textId="77777777" w:rsidR="00F076FE" w:rsidRDefault="00DB784D">
      <w:pPr>
        <w:pStyle w:val="Heading1"/>
      </w:pPr>
      <w:r>
        <w:t>5. PRE-EVENT CHECKLIST</w:t>
      </w:r>
    </w:p>
    <w:p w14:paraId="2208BAAA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Course &amp; Safety</w:t>
      </w:r>
    </w:p>
    <w:p w14:paraId="43EDC4EE" w14:textId="77777777" w:rsidR="00F076FE" w:rsidRDefault="00DB784D">
      <w:r>
        <w:t>☐</w:t>
      </w:r>
      <w:r>
        <w:t xml:space="preserve"> Course inspected</w:t>
      </w:r>
    </w:p>
    <w:p w14:paraId="13A8A8A5" w14:textId="77777777" w:rsidR="00F076FE" w:rsidRDefault="00DB784D">
      <w:r>
        <w:t>☐</w:t>
      </w:r>
      <w:r>
        <w:t xml:space="preserve"> Hazards identified and addressed</w:t>
      </w:r>
    </w:p>
    <w:p w14:paraId="485A6EAC" w14:textId="77777777" w:rsidR="00F076FE" w:rsidRDefault="00DB784D">
      <w:r>
        <w:t>☐</w:t>
      </w:r>
      <w:r>
        <w:t xml:space="preserve"> Course clearly marked</w:t>
      </w:r>
    </w:p>
    <w:p w14:paraId="5054A72E" w14:textId="77777777" w:rsidR="00F076FE" w:rsidRDefault="00DB784D">
      <w:r>
        <w:t>☐</w:t>
      </w:r>
      <w:r>
        <w:t xml:space="preserve"> Marshals assigned</w:t>
      </w:r>
    </w:p>
    <w:p w14:paraId="5A9E82B9" w14:textId="77777777" w:rsidR="00F076FE" w:rsidRDefault="00DB784D">
      <w:r>
        <w:t>☐</w:t>
      </w:r>
      <w:r>
        <w:t xml:space="preserve"> Emergency access points confirmed</w:t>
      </w:r>
    </w:p>
    <w:p w14:paraId="0E09EC72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Communications</w:t>
      </w:r>
    </w:p>
    <w:p w14:paraId="2DC080D8" w14:textId="77777777" w:rsidR="00F076FE" w:rsidRDefault="00DB784D">
      <w:r>
        <w:t>☐</w:t>
      </w:r>
      <w:r>
        <w:t xml:space="preserve"> Radios/phones tested</w:t>
      </w:r>
    </w:p>
    <w:p w14:paraId="4D1BB77C" w14:textId="77777777" w:rsidR="00F076FE" w:rsidRDefault="00DB784D">
      <w:r>
        <w:t>☐</w:t>
      </w:r>
      <w:r>
        <w:t xml:space="preserve"> Roles confirmed</w:t>
      </w:r>
    </w:p>
    <w:p w14:paraId="3B5AE1CB" w14:textId="77777777" w:rsidR="00F076FE" w:rsidRDefault="00DB784D">
      <w:r>
        <w:t>☐</w:t>
      </w:r>
      <w:r>
        <w:t xml:space="preserve"> Emergency reporting process explained</w:t>
      </w:r>
    </w:p>
    <w:p w14:paraId="2895091B" w14:textId="77777777" w:rsidR="00F076FE" w:rsidRDefault="00DB784D">
      <w:r>
        <w:t>☐</w:t>
      </w:r>
      <w:r>
        <w:t xml:space="preserve"> Backup communication ready</w:t>
      </w:r>
    </w:p>
    <w:p w14:paraId="788B1AE9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Medical</w:t>
      </w:r>
    </w:p>
    <w:p w14:paraId="0B944F23" w14:textId="77777777" w:rsidR="00F076FE" w:rsidRDefault="00DB784D">
      <w:r>
        <w:t>☐</w:t>
      </w:r>
      <w:r>
        <w:t xml:space="preserve"> Medical lead confirmed</w:t>
      </w:r>
    </w:p>
    <w:p w14:paraId="53ACBA2B" w14:textId="77777777" w:rsidR="00F076FE" w:rsidRDefault="00DB784D">
      <w:r>
        <w:t>☐</w:t>
      </w:r>
      <w:r>
        <w:t xml:space="preserve"> First aid location set</w:t>
      </w:r>
    </w:p>
    <w:p w14:paraId="246EF643" w14:textId="77777777" w:rsidR="00F076FE" w:rsidRDefault="00DB784D">
      <w:r>
        <w:t>☐</w:t>
      </w:r>
      <w:r>
        <w:t xml:space="preserve"> Transport plan ready</w:t>
      </w:r>
    </w:p>
    <w:p w14:paraId="4FEA3EBB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Risk Review</w:t>
      </w:r>
    </w:p>
    <w:p w14:paraId="68757654" w14:textId="77777777" w:rsidR="00F076FE" w:rsidRDefault="00DB784D">
      <w:r>
        <w:t>☐</w:t>
      </w:r>
      <w:r>
        <w:t xml:space="preserve"> Weather checked</w:t>
      </w:r>
    </w:p>
    <w:p w14:paraId="7D497204" w14:textId="77777777" w:rsidR="00F076FE" w:rsidRDefault="00DB784D">
      <w:r>
        <w:t>☐</w:t>
      </w:r>
      <w:r>
        <w:t xml:space="preserve"> Course conditions safe</w:t>
      </w:r>
    </w:p>
    <w:p w14:paraId="05A80D2D" w14:textId="77777777" w:rsidR="00F076FE" w:rsidRDefault="00DB784D">
      <w:r>
        <w:t>☐</w:t>
      </w:r>
      <w:r>
        <w:t xml:space="preserve"> Go / No-Go decision made</w:t>
      </w:r>
    </w:p>
    <w:p w14:paraId="1B0E256E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Marshal Briefing</w:t>
      </w:r>
    </w:p>
    <w:p w14:paraId="08BEBBA4" w14:textId="77777777" w:rsidR="00F076FE" w:rsidRDefault="00DB784D">
      <w:r>
        <w:t>☐</w:t>
      </w:r>
      <w:r>
        <w:t xml:space="preserve"> Roles understood</w:t>
      </w:r>
    </w:p>
    <w:p w14:paraId="18312B6B" w14:textId="77777777" w:rsidR="00F076FE" w:rsidRDefault="00DB784D">
      <w:r>
        <w:t>☐</w:t>
      </w:r>
      <w:r>
        <w:t xml:space="preserve"> Equipment ready</w:t>
      </w:r>
    </w:p>
    <w:p w14:paraId="315B5B20" w14:textId="77777777" w:rsidR="00F076FE" w:rsidRDefault="00DB784D">
      <w:r>
        <w:t>☐</w:t>
      </w:r>
      <w:r>
        <w:t xml:space="preserve"> Communication tested</w:t>
      </w:r>
    </w:p>
    <w:p w14:paraId="18C39765" w14:textId="77777777" w:rsidR="00F076FE" w:rsidRDefault="00DB784D">
      <w:pPr>
        <w:pStyle w:val="Heading1"/>
      </w:pPr>
      <w:r>
        <w:t>6. INCIDENT RESPONSE (DURING EVENT)</w:t>
      </w:r>
    </w:p>
    <w:p w14:paraId="2293BD15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Step 1: Scene Safety</w:t>
      </w:r>
    </w:p>
    <w:p w14:paraId="18C99BBC" w14:textId="77777777" w:rsidR="00F076FE" w:rsidRDefault="00DB784D">
      <w:r>
        <w:t>☐</w:t>
      </w:r>
      <w:r>
        <w:t xml:space="preserve"> Stop or slow participants</w:t>
      </w:r>
    </w:p>
    <w:p w14:paraId="09682B41" w14:textId="77777777" w:rsidR="00F076FE" w:rsidRDefault="00DB784D">
      <w:r>
        <w:t>☐</w:t>
      </w:r>
      <w:r>
        <w:t xml:space="preserve"> Secure the area</w:t>
      </w:r>
    </w:p>
    <w:p w14:paraId="7C5019AD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Step 2: Communication</w:t>
      </w:r>
    </w:p>
    <w:p w14:paraId="27F6037A" w14:textId="77777777" w:rsidR="00F076FE" w:rsidRDefault="00DB784D">
      <w:r>
        <w:t>☐</w:t>
      </w:r>
      <w:r>
        <w:t xml:space="preserve"> Report incident to organizer</w:t>
      </w:r>
    </w:p>
    <w:p w14:paraId="23F01C17" w14:textId="77777777" w:rsidR="00F076FE" w:rsidRDefault="00DB784D">
      <w:r>
        <w:t>☐</w:t>
      </w:r>
      <w:r>
        <w:t xml:space="preserve"> Notify medical lead</w:t>
      </w:r>
    </w:p>
    <w:p w14:paraId="4D725DBF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Step 3: Medical Response</w:t>
      </w:r>
    </w:p>
    <w:p w14:paraId="3783357D" w14:textId="77777777" w:rsidR="00F076FE" w:rsidRDefault="00DB784D">
      <w:r>
        <w:t>☐</w:t>
      </w:r>
      <w:r>
        <w:t xml:space="preserve"> Provide care</w:t>
      </w:r>
    </w:p>
    <w:p w14:paraId="3FA7D2BA" w14:textId="77777777" w:rsidR="00F076FE" w:rsidRDefault="00DB784D">
      <w:r>
        <w:t>☐</w:t>
      </w:r>
      <w:r>
        <w:t xml:space="preserve"> Call 911 if needed</w:t>
      </w:r>
    </w:p>
    <w:p w14:paraId="244C0D01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Step 4: Event Control</w:t>
      </w:r>
    </w:p>
    <w:p w14:paraId="149B9444" w14:textId="77777777" w:rsidR="00F076FE" w:rsidRDefault="00DB784D">
      <w:r>
        <w:t>☐</w:t>
      </w:r>
      <w:r>
        <w:t xml:space="preserve"> Continue event</w:t>
      </w:r>
    </w:p>
    <w:p w14:paraId="2F93B152" w14:textId="77777777" w:rsidR="00F076FE" w:rsidRDefault="00DB784D">
      <w:r>
        <w:t>☐</w:t>
      </w:r>
      <w:r>
        <w:t xml:space="preserve"> Neutralize event</w:t>
      </w:r>
    </w:p>
    <w:p w14:paraId="50066E9B" w14:textId="77777777" w:rsidR="00F076FE" w:rsidRDefault="00DB784D">
      <w:r>
        <w:t>☐</w:t>
      </w:r>
      <w:r>
        <w:t xml:space="preserve"> Stop event</w:t>
      </w:r>
    </w:p>
    <w:p w14:paraId="21CE05A7" w14:textId="77777777" w:rsidR="00F076FE" w:rsidRPr="00DC2BD5" w:rsidRDefault="00DB784D">
      <w:pPr>
        <w:rPr>
          <w:b/>
          <w:bCs/>
        </w:rPr>
      </w:pPr>
      <w:r w:rsidRPr="00DC2BD5">
        <w:rPr>
          <w:b/>
          <w:bCs/>
        </w:rPr>
        <w:t>Call 911 immediately for:</w:t>
      </w:r>
    </w:p>
    <w:p w14:paraId="77BBAD3C" w14:textId="77777777" w:rsidR="00F076FE" w:rsidRDefault="00DB784D">
      <w:r>
        <w:t>- Unconscious person</w:t>
      </w:r>
    </w:p>
    <w:p w14:paraId="75F1C144" w14:textId="77777777" w:rsidR="00F076FE" w:rsidRDefault="00DB784D">
      <w:r>
        <w:t>- Serious injury</w:t>
      </w:r>
    </w:p>
    <w:p w14:paraId="56905240" w14:textId="77777777" w:rsidR="00F076FE" w:rsidRDefault="00DB784D">
      <w:r>
        <w:t>- Major crash</w:t>
      </w:r>
    </w:p>
    <w:p w14:paraId="79B04786" w14:textId="77777777" w:rsidR="00F076FE" w:rsidRDefault="00DB784D">
      <w:pPr>
        <w:pStyle w:val="Heading1"/>
      </w:pPr>
      <w:r>
        <w:t>7. EVENT MODIFICATION GUIDELINES</w:t>
      </w:r>
    </w:p>
    <w:p w14:paraId="7AB4DD8E" w14:textId="77777777" w:rsidR="00F076FE" w:rsidRDefault="00DB784D">
      <w:r>
        <w:t>The Organizer may delay, shorten, or cancel the event due to:</w:t>
      </w:r>
    </w:p>
    <w:p w14:paraId="07A496C9" w14:textId="77777777" w:rsidR="00F076FE" w:rsidRDefault="00DB784D">
      <w:r>
        <w:t>- Weather conditions</w:t>
      </w:r>
    </w:p>
    <w:p w14:paraId="50395CC8" w14:textId="77777777" w:rsidR="00F076FE" w:rsidRDefault="00DB784D">
      <w:r>
        <w:t>- Unsafe course conditions</w:t>
      </w:r>
    </w:p>
    <w:p w14:paraId="43A95499" w14:textId="77777777" w:rsidR="00F076FE" w:rsidRDefault="00DB784D">
      <w:r>
        <w:t>- Lack of medical support</w:t>
      </w:r>
    </w:p>
    <w:p w14:paraId="521F59A8" w14:textId="77777777" w:rsidR="00F076FE" w:rsidRDefault="00DB784D">
      <w:pPr>
        <w:pStyle w:val="Heading1"/>
      </w:pPr>
      <w:r>
        <w:t>8. POST-INCIDENT ACTIONS</w:t>
      </w:r>
    </w:p>
    <w:p w14:paraId="17BF6756" w14:textId="77777777" w:rsidR="00F076FE" w:rsidRDefault="00DB784D">
      <w:r>
        <w:t>☐</w:t>
      </w:r>
      <w:r>
        <w:t xml:space="preserve"> Document the incident</w:t>
      </w:r>
    </w:p>
    <w:p w14:paraId="24EC17E6" w14:textId="1C684D4E" w:rsidR="00F076FE" w:rsidRDefault="00DB784D">
      <w:r>
        <w:t>☐</w:t>
      </w:r>
      <w:r>
        <w:t xml:space="preserve"> Notify </w:t>
      </w:r>
      <w:r w:rsidR="008E4743">
        <w:t>Manitoba Cycling 204-925-5686</w:t>
      </w:r>
    </w:p>
    <w:p w14:paraId="105D9B3D" w14:textId="77777777" w:rsidR="00F076FE" w:rsidRDefault="00DB784D">
      <w:r>
        <w:t>☐</w:t>
      </w:r>
      <w:r>
        <w:t xml:space="preserve"> Complete incident report</w:t>
      </w:r>
    </w:p>
    <w:p w14:paraId="72192DFA" w14:textId="77777777" w:rsidR="00F076FE" w:rsidRDefault="00DB784D">
      <w:r w:rsidRPr="00DC2BD5">
        <w:rPr>
          <w:b/>
          <w:bCs/>
        </w:rPr>
        <w:t>Insurance Reminder</w:t>
      </w:r>
      <w:r>
        <w:t>:</w:t>
      </w:r>
    </w:p>
    <w:p w14:paraId="4B05C036" w14:textId="77777777" w:rsidR="00F076FE" w:rsidRDefault="00DB784D">
      <w:r>
        <w:t>- Report incident within 30 days</w:t>
      </w:r>
    </w:p>
    <w:p w14:paraId="36ABC324" w14:textId="77777777" w:rsidR="00F076FE" w:rsidRDefault="00DB784D">
      <w:r>
        <w:t>- Submit claim within 90 days</w:t>
      </w:r>
    </w:p>
    <w:p w14:paraId="766A08A7" w14:textId="77777777" w:rsidR="00F076FE" w:rsidRDefault="00DB784D">
      <w:pPr>
        <w:pStyle w:val="Heading1"/>
      </w:pPr>
      <w:r>
        <w:t>9. SIGN-OFF</w:t>
      </w:r>
    </w:p>
    <w:p w14:paraId="5CDAE0EF" w14:textId="77777777" w:rsidR="00F076FE" w:rsidRDefault="00DB784D">
      <w:r>
        <w:t>Name: ____________________________</w:t>
      </w:r>
    </w:p>
    <w:p w14:paraId="53F40AD0" w14:textId="77777777" w:rsidR="00F076FE" w:rsidRDefault="00DB784D">
      <w:r>
        <w:t>Signature: ____________________________</w:t>
      </w:r>
    </w:p>
    <w:p w14:paraId="544FAD2C" w14:textId="77777777" w:rsidR="00F076FE" w:rsidRDefault="00DB784D">
      <w:r>
        <w:t>Date: ____________________________</w:t>
      </w:r>
    </w:p>
    <w:sectPr w:rsidR="00F076F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8083923">
    <w:abstractNumId w:val="8"/>
  </w:num>
  <w:num w:numId="2" w16cid:durableId="685012166">
    <w:abstractNumId w:val="6"/>
  </w:num>
  <w:num w:numId="3" w16cid:durableId="1841043032">
    <w:abstractNumId w:val="5"/>
  </w:num>
  <w:num w:numId="4" w16cid:durableId="1633829724">
    <w:abstractNumId w:val="4"/>
  </w:num>
  <w:num w:numId="5" w16cid:durableId="947470031">
    <w:abstractNumId w:val="7"/>
  </w:num>
  <w:num w:numId="6" w16cid:durableId="1468400439">
    <w:abstractNumId w:val="3"/>
  </w:num>
  <w:num w:numId="7" w16cid:durableId="525296579">
    <w:abstractNumId w:val="2"/>
  </w:num>
  <w:num w:numId="8" w16cid:durableId="1939869415">
    <w:abstractNumId w:val="1"/>
  </w:num>
  <w:num w:numId="9" w16cid:durableId="1466239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296"/>
    <w:rsid w:val="0015074B"/>
    <w:rsid w:val="0029639D"/>
    <w:rsid w:val="00326F90"/>
    <w:rsid w:val="008E4743"/>
    <w:rsid w:val="0093220B"/>
    <w:rsid w:val="00AA1D8D"/>
    <w:rsid w:val="00B47730"/>
    <w:rsid w:val="00CB0664"/>
    <w:rsid w:val="00DB784D"/>
    <w:rsid w:val="00DC2BD5"/>
    <w:rsid w:val="00F076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773246"/>
  <w14:defaultImageDpi w14:val="300"/>
  <w15:docId w15:val="{1E4A9B34-0508-4405-9F75-B79AB44F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Twila Cruickshank</dc:creator>
  <cp:keywords/>
  <dc:description>generated by python-docx</dc:description>
  <cp:lastModifiedBy>Twila Cruickshank</cp:lastModifiedBy>
  <cp:revision>2</cp:revision>
  <dcterms:created xsi:type="dcterms:W3CDTF">2026-04-09T15:49:00Z</dcterms:created>
  <dcterms:modified xsi:type="dcterms:W3CDTF">2026-04-09T15:49:00Z</dcterms:modified>
  <cp:category/>
</cp:coreProperties>
</file>